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D85BE4" w:rsidRPr="00FA03F1" w14:paraId="66D5CAE7" w14:textId="77777777">
        <w:trPr>
          <w:jc w:val="center"/>
        </w:trPr>
        <w:tc>
          <w:tcPr>
            <w:tcW w:w="9360" w:type="dxa"/>
            <w:shd w:val="clear" w:color="auto" w:fill="17365D"/>
            <w:tcMar>
              <w:top w:w="240" w:type="dxa"/>
              <w:left w:w="240" w:type="dxa"/>
              <w:bottom w:w="220" w:type="dxa"/>
              <w:right w:w="240" w:type="dxa"/>
            </w:tcMar>
          </w:tcPr>
          <w:p w14:paraId="60F55F71" w14:textId="77777777" w:rsidR="00D85BE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A84D71" wp14:editId="6054A942">
                  <wp:extent cx="2194560" cy="990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PEM BLANCO.png"/>
                          <pic:cNvPicPr/>
                        </pic:nvPicPr>
                        <pic:blipFill rotWithShape="1">
                          <a:blip r:embed="rId8"/>
                          <a:srcRect t="25000" b="2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5B4D50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b/>
                <w:color w:val="5B9BD5"/>
                <w:sz w:val="24"/>
                <w:lang w:val="es-MX"/>
              </w:rPr>
              <w:t>WORKBOOK</w:t>
            </w:r>
          </w:p>
          <w:p w14:paraId="09B1D90C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b/>
                <w:color w:val="FFFFFF"/>
                <w:sz w:val="54"/>
                <w:lang w:val="es-MX"/>
              </w:rPr>
              <w:t>DEFINE EL PROPÓSITO</w:t>
            </w:r>
            <w:r w:rsidRPr="00FA03F1">
              <w:rPr>
                <w:b/>
                <w:color w:val="FFFFFF"/>
                <w:sz w:val="54"/>
                <w:lang w:val="es-MX"/>
              </w:rPr>
              <w:br/>
              <w:t>DE TU EMPRESA</w:t>
            </w:r>
          </w:p>
          <w:p w14:paraId="06E052D1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color w:val="E8EEF5"/>
                <w:sz w:val="22"/>
                <w:lang w:val="es-MX"/>
              </w:rPr>
              <w:t>Convierte el propósito de tu negocio en un criterio práctico para orientar clientes, decisiones y crecimiento.</w:t>
            </w:r>
          </w:p>
        </w:tc>
      </w:tr>
    </w:tbl>
    <w:p w14:paraId="32D5FBDA" w14:textId="77777777" w:rsidR="00D85BE4" w:rsidRPr="00FA03F1" w:rsidRDefault="00000000">
      <w:pPr>
        <w:spacing w:before="360" w:line="259" w:lineRule="auto"/>
        <w:jc w:val="center"/>
        <w:rPr>
          <w:lang w:val="es-MX"/>
        </w:rPr>
      </w:pPr>
      <w:r w:rsidRPr="00FA03F1">
        <w:rPr>
          <w:b/>
          <w:color w:val="17365D"/>
          <w:sz w:val="32"/>
          <w:lang w:val="es-MX"/>
        </w:rPr>
        <w:t>PEM LATAM</w:t>
      </w:r>
    </w:p>
    <w:p w14:paraId="562B9E4E" w14:textId="77777777" w:rsidR="00D85BE4" w:rsidRPr="00FA03F1" w:rsidRDefault="00000000">
      <w:pPr>
        <w:spacing w:line="259" w:lineRule="auto"/>
        <w:jc w:val="center"/>
        <w:rPr>
          <w:lang w:val="es-MX"/>
        </w:rPr>
      </w:pPr>
      <w:r w:rsidRPr="00FA03F1">
        <w:rPr>
          <w:color w:val="666666"/>
          <w:sz w:val="20"/>
          <w:lang w:val="es-MX"/>
        </w:rPr>
        <w:t>Estrategia empresarial · Propósito · Cultura</w:t>
      </w:r>
    </w:p>
    <w:p w14:paraId="6264F472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lang w:val="es-MX"/>
        </w:rPr>
        <w:br w:type="page"/>
      </w:r>
    </w:p>
    <w:p w14:paraId="560298A6" w14:textId="77777777" w:rsidR="00D85BE4" w:rsidRPr="00FA03F1" w:rsidRDefault="00000000">
      <w:pPr>
        <w:pStyle w:val="Heading1"/>
        <w:spacing w:before="200" w:after="100" w:line="259" w:lineRule="auto"/>
        <w:rPr>
          <w:lang w:val="es-MX"/>
        </w:rPr>
      </w:pPr>
      <w:r w:rsidRPr="00FA03F1">
        <w:rPr>
          <w:rFonts w:ascii="Aptos" w:hAnsi="Aptos"/>
          <w:lang w:val="es-MX"/>
        </w:rPr>
        <w:lastRenderedPageBreak/>
        <w:t>Antes de comenzar</w:t>
      </w:r>
    </w:p>
    <w:p w14:paraId="3CA6ECF9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sz w:val="22"/>
          <w:lang w:val="es-MX"/>
        </w:rPr>
        <w:t xml:space="preserve">Este </w:t>
      </w:r>
      <w:proofErr w:type="spellStart"/>
      <w:r w:rsidRPr="00FA03F1">
        <w:rPr>
          <w:sz w:val="22"/>
          <w:lang w:val="es-MX"/>
        </w:rPr>
        <w:t>workbook</w:t>
      </w:r>
      <w:proofErr w:type="spellEnd"/>
      <w:r w:rsidRPr="00FA03F1">
        <w:rPr>
          <w:sz w:val="22"/>
          <w:lang w:val="es-MX"/>
        </w:rPr>
        <w:t xml:space="preserve"> está diseñado para ayudarte a construir una primera versión clara y útil del propósito de tu empresa. No buscamos una frase bonita para colocar en la pared; buscamos una definición que te ayude a decidir mejor.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D85BE4" w:rsidRPr="00FA03F1" w14:paraId="1CA1D9C0" w14:textId="77777777">
        <w:tc>
          <w:tcPr>
            <w:tcW w:w="10080" w:type="dxa"/>
            <w:shd w:val="clear" w:color="auto" w:fill="D9EAF7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ADDF009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sz w:val="22"/>
                <w:lang w:val="es-MX"/>
              </w:rPr>
              <w:t>Al terminar tendrás:</w:t>
            </w:r>
          </w:p>
          <w:p w14:paraId="5F4E7278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5B9BD5"/>
                <w:lang w:val="es-MX"/>
              </w:rPr>
              <w:t xml:space="preserve">• </w:t>
            </w:r>
            <w:r w:rsidRPr="00FA03F1">
              <w:rPr>
                <w:lang w:val="es-MX"/>
              </w:rPr>
              <w:t>Una definición más clara del cliente al que quieres servir.</w:t>
            </w:r>
          </w:p>
          <w:p w14:paraId="5F8A4055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5B9BD5"/>
                <w:lang w:val="es-MX"/>
              </w:rPr>
              <w:t xml:space="preserve">• </w:t>
            </w:r>
            <w:r w:rsidRPr="00FA03F1">
              <w:rPr>
                <w:lang w:val="es-MX"/>
              </w:rPr>
              <w:t>El problema central que tu empresa busca resolver.</w:t>
            </w:r>
          </w:p>
          <w:p w14:paraId="55D2D571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5B9BD5"/>
                <w:lang w:val="es-MX"/>
              </w:rPr>
              <w:t xml:space="preserve">• </w:t>
            </w:r>
            <w:r w:rsidRPr="00FA03F1">
              <w:rPr>
                <w:lang w:val="es-MX"/>
              </w:rPr>
              <w:t>El valor que deseas generar.</w:t>
            </w:r>
          </w:p>
          <w:p w14:paraId="145344B8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5B9BD5"/>
                <w:lang w:val="es-MX"/>
              </w:rPr>
              <w:t xml:space="preserve">• </w:t>
            </w:r>
            <w:r w:rsidRPr="00FA03F1">
              <w:rPr>
                <w:lang w:val="es-MX"/>
              </w:rPr>
              <w:t>El impacto que quieres provocar.</w:t>
            </w:r>
          </w:p>
          <w:p w14:paraId="597FF333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5B9BD5"/>
                <w:lang w:val="es-MX"/>
              </w:rPr>
              <w:t xml:space="preserve">• </w:t>
            </w:r>
            <w:r w:rsidRPr="00FA03F1">
              <w:rPr>
                <w:lang w:val="es-MX"/>
              </w:rPr>
              <w:t>Una primera versión de tu propósito empresarial en una sola frase.</w:t>
            </w:r>
          </w:p>
        </w:tc>
      </w:tr>
    </w:tbl>
    <w:p w14:paraId="082B55A6" w14:textId="77777777" w:rsidR="00D85BE4" w:rsidRPr="00FA03F1" w:rsidRDefault="00000000">
      <w:pPr>
        <w:pStyle w:val="Heading2"/>
        <w:spacing w:before="120" w:after="100" w:line="259" w:lineRule="auto"/>
        <w:rPr>
          <w:lang w:val="es-MX"/>
        </w:rPr>
      </w:pPr>
      <w:r w:rsidRPr="00FA03F1">
        <w:rPr>
          <w:rFonts w:ascii="Aptos" w:hAnsi="Aptos"/>
          <w:lang w:val="es-MX"/>
        </w:rPr>
        <w:t>Cómo utilizarlo</w:t>
      </w:r>
    </w:p>
    <w:p w14:paraId="01816BF1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b/>
          <w:color w:val="5B9BD5"/>
          <w:lang w:val="es-MX"/>
        </w:rPr>
        <w:t xml:space="preserve">1. </w:t>
      </w:r>
      <w:r w:rsidRPr="00FA03F1">
        <w:rPr>
          <w:lang w:val="es-MX"/>
        </w:rPr>
        <w:t>Responde con ejemplos reales, no con frases aspiracionales.</w:t>
      </w:r>
    </w:p>
    <w:p w14:paraId="5D16BD96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b/>
          <w:color w:val="5B9BD5"/>
          <w:lang w:val="es-MX"/>
        </w:rPr>
        <w:t xml:space="preserve">2. </w:t>
      </w:r>
      <w:r w:rsidRPr="00FA03F1">
        <w:rPr>
          <w:lang w:val="es-MX"/>
        </w:rPr>
        <w:t>Escribe primero; edita después. La claridad aparece al comparar varias versiones.</w:t>
      </w:r>
    </w:p>
    <w:p w14:paraId="4C7416CF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b/>
          <w:color w:val="5B9BD5"/>
          <w:lang w:val="es-MX"/>
        </w:rPr>
        <w:t xml:space="preserve">3. </w:t>
      </w:r>
      <w:r w:rsidRPr="00FA03F1">
        <w:rPr>
          <w:lang w:val="es-MX"/>
        </w:rPr>
        <w:t>Evita palabras genéricas como “excelencia”, “calidad” o “innovación” si no explican qué significan para tu cliente.</w:t>
      </w:r>
    </w:p>
    <w:p w14:paraId="1C9BD70C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b/>
          <w:color w:val="5B9BD5"/>
          <w:lang w:val="es-MX"/>
        </w:rPr>
        <w:t xml:space="preserve">4. </w:t>
      </w:r>
      <w:r w:rsidRPr="00FA03F1">
        <w:rPr>
          <w:lang w:val="es-MX"/>
        </w:rPr>
        <w:t>Al final, valida el propósito contra decisiones reales de tu negocio.</w:t>
      </w:r>
    </w:p>
    <w:p w14:paraId="2195A4A7" w14:textId="77777777" w:rsidR="00D85BE4" w:rsidRPr="00FA03F1" w:rsidRDefault="00000000">
      <w:pPr>
        <w:pStyle w:val="Heading2"/>
        <w:spacing w:before="120" w:after="100" w:line="259" w:lineRule="auto"/>
        <w:rPr>
          <w:lang w:val="es-MX"/>
        </w:rPr>
      </w:pPr>
      <w:r w:rsidRPr="00FA03F1">
        <w:rPr>
          <w:rFonts w:ascii="Aptos" w:hAnsi="Aptos"/>
          <w:lang w:val="es-MX"/>
        </w:rPr>
        <w:t>Diagnóstico rápido</w:t>
      </w:r>
    </w:p>
    <w:p w14:paraId="04DA647A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Puedo</w:t>
      </w:r>
      <w:proofErr w:type="gramEnd"/>
      <w:r w:rsidRPr="00FA03F1">
        <w:rPr>
          <w:lang w:val="es-MX"/>
        </w:rPr>
        <w:t xml:space="preserve"> explicar en una frase a quién servimos.</w:t>
      </w:r>
    </w:p>
    <w:p w14:paraId="494D4C93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Puedo</w:t>
      </w:r>
      <w:proofErr w:type="gramEnd"/>
      <w:r w:rsidRPr="00FA03F1">
        <w:rPr>
          <w:lang w:val="es-MX"/>
        </w:rPr>
        <w:t xml:space="preserve"> explicar con precisión qué problema resolvemos.</w:t>
      </w:r>
    </w:p>
    <w:p w14:paraId="357F7C58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Puedo</w:t>
      </w:r>
      <w:proofErr w:type="gramEnd"/>
      <w:r w:rsidRPr="00FA03F1">
        <w:rPr>
          <w:lang w:val="es-MX"/>
        </w:rPr>
        <w:t xml:space="preserve"> describir qué cambia para el cliente después de comprarnos.</w:t>
      </w:r>
    </w:p>
    <w:p w14:paraId="76D206BF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Nuestro</w:t>
      </w:r>
      <w:proofErr w:type="gramEnd"/>
      <w:r w:rsidRPr="00FA03F1">
        <w:rPr>
          <w:lang w:val="es-MX"/>
        </w:rPr>
        <w:t xml:space="preserve"> equipo entiende por qué hacemos lo que hacemos.</w:t>
      </w:r>
    </w:p>
    <w:p w14:paraId="7259B1DD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Nuestro</w:t>
      </w:r>
      <w:proofErr w:type="gramEnd"/>
      <w:r w:rsidRPr="00FA03F1">
        <w:rPr>
          <w:lang w:val="es-MX"/>
        </w:rPr>
        <w:t xml:space="preserve"> propósito nos ayuda a decir “sí” o “no” a oportunidades.</w:t>
      </w:r>
    </w:p>
    <w:p w14:paraId="113849DF" w14:textId="77777777" w:rsidR="00FA03F1" w:rsidRDefault="00FA03F1">
      <w:pPr>
        <w:rPr>
          <w:rFonts w:eastAsiaTheme="majorEastAsia" w:cstheme="majorBidi"/>
          <w:b/>
          <w:bCs/>
          <w:color w:val="17365D"/>
          <w:sz w:val="36"/>
          <w:szCs w:val="28"/>
          <w:lang w:val="es-MX"/>
        </w:rPr>
      </w:pPr>
      <w:r>
        <w:rPr>
          <w:lang w:val="es-MX"/>
        </w:rPr>
        <w:br w:type="page"/>
      </w:r>
    </w:p>
    <w:p w14:paraId="76095B73" w14:textId="2AEE40CA" w:rsidR="00D85BE4" w:rsidRPr="00FA03F1" w:rsidRDefault="00000000">
      <w:pPr>
        <w:pStyle w:val="Heading1"/>
        <w:spacing w:before="200" w:after="100" w:line="259" w:lineRule="auto"/>
        <w:rPr>
          <w:lang w:val="es-MX"/>
        </w:rPr>
      </w:pPr>
      <w:r w:rsidRPr="00FA03F1">
        <w:rPr>
          <w:rFonts w:ascii="Aptos" w:hAnsi="Aptos"/>
          <w:lang w:val="es-MX"/>
        </w:rPr>
        <w:lastRenderedPageBreak/>
        <w:t>1. ¿A quién quieres servir?</w:t>
      </w:r>
    </w:p>
    <w:p w14:paraId="600647D5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lang w:val="es-MX"/>
        </w:rPr>
        <w:t>Un propósito útil comienza con claridad sobre el cliente. “Todo el mundo” no es un segmento. Entre más claro tengas a quién quieres ayudar, más fácil será diseñar una propuesta de valor relevante.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39B390AD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FE965C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Describe a tu cliente principal. ¿Quién es? ¿Qué tipo de persona o empresa es?</w:t>
            </w:r>
          </w:p>
          <w:p w14:paraId="20DB3B6A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15830BE1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F6B7D52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38C2072D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02A41C50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9A2A62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¿Qué características comparten tus mejores clientes?</w:t>
            </w:r>
          </w:p>
          <w:p w14:paraId="6358ADB1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C0C5310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FDB7F00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6CDEDF75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3433AD30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2F86C4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¿Qué tipo de cliente NO quieres atender?</w:t>
            </w:r>
          </w:p>
          <w:p w14:paraId="6351CFF6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4A40A80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3D87D85D" w14:textId="77777777" w:rsidR="00D85BE4" w:rsidRDefault="00D85BE4">
      <w:pPr>
        <w:spacing w:after="40" w:line="259" w:lineRule="auto"/>
      </w:pPr>
    </w:p>
    <w:p w14:paraId="1F843E08" w14:textId="77777777" w:rsidR="00D85BE4" w:rsidRDefault="00000000">
      <w:pPr>
        <w:pStyle w:val="Heading1"/>
        <w:spacing w:before="200" w:after="100" w:line="259" w:lineRule="auto"/>
      </w:pPr>
      <w:r>
        <w:rPr>
          <w:rFonts w:ascii="Aptos" w:hAnsi="Aptos"/>
        </w:rPr>
        <w:t>2. ¿Qué problema quieres resolver?</w:t>
      </w:r>
    </w:p>
    <w:p w14:paraId="2F4C6F01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lang w:val="es-MX"/>
        </w:rPr>
        <w:t>Los clientes no compran productos por sí mismos: buscan resolver una necesidad, reducir una preocupación, ahorrar tiempo, ganar dinero, evitar un riesgo o conseguir un resultado.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394B6975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4B58C0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¿Cuál es el problema principal que tus clientes buscan resolver cuando te compran?</w:t>
            </w:r>
          </w:p>
          <w:p w14:paraId="3F9879FE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78CE09C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291AA9F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1D198339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31C75567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CBF3C0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¿Qué consecuencias tiene para el cliente no resolver ese problema?</w:t>
            </w:r>
          </w:p>
          <w:p w14:paraId="095308FC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18C6551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1217AFFE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472417C0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75EB9070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AFF797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¿Cómo lo resuelve hoy? ¿Qué alternativas utiliza?</w:t>
            </w:r>
          </w:p>
          <w:p w14:paraId="4FBA49B3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38AA3CCF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6910FE37" w14:textId="77777777" w:rsidR="00D85BE4" w:rsidRDefault="00D85BE4">
      <w:pPr>
        <w:spacing w:after="40" w:line="259" w:lineRule="auto"/>
      </w:pPr>
    </w:p>
    <w:p w14:paraId="4BF5629D" w14:textId="77777777" w:rsidR="00D85BE4" w:rsidRDefault="00000000">
      <w:pPr>
        <w:pStyle w:val="Heading1"/>
        <w:spacing w:before="200" w:after="100" w:line="259" w:lineRule="auto"/>
      </w:pPr>
      <w:r>
        <w:rPr>
          <w:rFonts w:ascii="Aptos" w:hAnsi="Aptos"/>
        </w:rPr>
        <w:t>3. ¿Qué valor generas?</w:t>
      </w:r>
    </w:p>
    <w:p w14:paraId="1FD50AB0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lang w:val="es-MX"/>
        </w:rPr>
        <w:t>El valor es el beneficio concreto que el cliente recibe. Intenta describirlo desde la perspectiva del cliente, no desde las características de tu producto.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4176"/>
        <w:gridCol w:w="864"/>
      </w:tblGrid>
      <w:tr w:rsidR="00D85BE4" w14:paraId="57DB3CC2" w14:textId="77777777">
        <w:trPr>
          <w:jc w:val="center"/>
        </w:trPr>
        <w:tc>
          <w:tcPr>
            <w:tcW w:w="504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B9C2" w14:textId="77777777" w:rsidR="00D85BE4" w:rsidRDefault="00000000">
            <w:r>
              <w:rPr>
                <w:b/>
                <w:color w:val="FFFFFF"/>
                <w:sz w:val="20"/>
              </w:rPr>
              <w:t>Tipo de valor</w:t>
            </w:r>
          </w:p>
        </w:tc>
        <w:tc>
          <w:tcPr>
            <w:tcW w:w="5040" w:type="dxa"/>
            <w:gridSpan w:val="2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2DAF" w14:textId="77777777" w:rsidR="00D85BE4" w:rsidRDefault="00000000">
            <w:r>
              <w:rPr>
                <w:b/>
                <w:color w:val="FFFFFF"/>
                <w:sz w:val="20"/>
              </w:rPr>
              <w:t>¿Cómo lo generamos?</w:t>
            </w:r>
          </w:p>
        </w:tc>
      </w:tr>
      <w:tr w:rsidR="00D85BE4" w14:paraId="1F626103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6C270" w14:textId="77777777" w:rsidR="00D85BE4" w:rsidRDefault="00000000">
            <w:r>
              <w:rPr>
                <w:b/>
                <w:color w:val="17365D"/>
                <w:sz w:val="19"/>
              </w:rPr>
              <w:t>Ahorro de tiempo</w:t>
            </w:r>
          </w:p>
        </w:tc>
        <w:tc>
          <w:tcPr>
            <w:tcW w:w="50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DF2A4" w14:textId="77777777" w:rsidR="00D85BE4" w:rsidRDefault="00D85BE4"/>
        </w:tc>
      </w:tr>
      <w:tr w:rsidR="00D85BE4" w14:paraId="7EBDA2A4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064FE" w14:textId="77777777" w:rsidR="00D85BE4" w:rsidRDefault="00000000">
            <w:r>
              <w:rPr>
                <w:b/>
                <w:color w:val="17365D"/>
                <w:sz w:val="19"/>
              </w:rPr>
              <w:t>Aumento de ingresos</w:t>
            </w:r>
          </w:p>
        </w:tc>
        <w:tc>
          <w:tcPr>
            <w:tcW w:w="50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20E5" w14:textId="77777777" w:rsidR="00D85BE4" w:rsidRDefault="00D85BE4"/>
        </w:tc>
      </w:tr>
      <w:tr w:rsidR="00D85BE4" w14:paraId="5C6E7556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56949" w14:textId="77777777" w:rsidR="00D85BE4" w:rsidRDefault="00000000">
            <w:r>
              <w:rPr>
                <w:b/>
                <w:color w:val="17365D"/>
                <w:sz w:val="19"/>
              </w:rPr>
              <w:t>Reducción de costos</w:t>
            </w:r>
          </w:p>
        </w:tc>
        <w:tc>
          <w:tcPr>
            <w:tcW w:w="50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4EB29" w14:textId="77777777" w:rsidR="00D85BE4" w:rsidRDefault="00D85BE4"/>
        </w:tc>
      </w:tr>
      <w:tr w:rsidR="00D85BE4" w14:paraId="5AF773EC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83E62" w14:textId="77777777" w:rsidR="00D85BE4" w:rsidRDefault="00000000">
            <w:r>
              <w:rPr>
                <w:b/>
                <w:color w:val="17365D"/>
                <w:sz w:val="19"/>
              </w:rPr>
              <w:t>Reducción de riesgos</w:t>
            </w:r>
          </w:p>
        </w:tc>
        <w:tc>
          <w:tcPr>
            <w:tcW w:w="50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DFCC9" w14:textId="77777777" w:rsidR="00D85BE4" w:rsidRDefault="00D85BE4"/>
        </w:tc>
      </w:tr>
      <w:tr w:rsidR="00D85BE4" w14:paraId="64C3E612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71AD2" w14:textId="77777777" w:rsidR="00D85BE4" w:rsidRDefault="00000000">
            <w:r>
              <w:rPr>
                <w:b/>
                <w:color w:val="17365D"/>
                <w:sz w:val="19"/>
              </w:rPr>
              <w:t>Mejora de experiencia</w:t>
            </w:r>
          </w:p>
        </w:tc>
        <w:tc>
          <w:tcPr>
            <w:tcW w:w="50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CE52" w14:textId="77777777" w:rsidR="00D85BE4" w:rsidRDefault="00D85BE4"/>
        </w:tc>
      </w:tr>
      <w:tr w:rsidR="00D85BE4" w14:paraId="4E481479" w14:textId="77777777">
        <w:trPr>
          <w:gridAfter w:val="1"/>
          <w:wAfter w:w="50" w:type="dxa"/>
          <w:jc w:val="center"/>
        </w:trPr>
        <w:tc>
          <w:tcPr>
            <w:tcW w:w="9216" w:type="dxa"/>
            <w:gridSpan w:val="2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5E28EA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En una frase: ¿qué obtiene tu cliente que realmente valora?</w:t>
            </w:r>
          </w:p>
          <w:p w14:paraId="195473D3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7EC1ED2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18674ED6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3E4650A8" w14:textId="77777777" w:rsidR="00D85BE4" w:rsidRDefault="00D85BE4">
      <w:pPr>
        <w:spacing w:after="40" w:line="259" w:lineRule="auto"/>
      </w:pPr>
    </w:p>
    <w:p w14:paraId="2A9109AF" w14:textId="77777777" w:rsidR="00D85BE4" w:rsidRDefault="00000000">
      <w:pPr>
        <w:pStyle w:val="Heading1"/>
        <w:spacing w:before="200" w:after="100" w:line="259" w:lineRule="auto"/>
      </w:pPr>
      <w:r>
        <w:rPr>
          <w:rFonts w:ascii="Aptos" w:hAnsi="Aptos"/>
        </w:rPr>
        <w:t>4. ¿Qué impacto quieres provocar?</w:t>
      </w:r>
    </w:p>
    <w:p w14:paraId="192D5173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lang w:val="es-MX"/>
        </w:rPr>
        <w:t>El impacto describe qué cambia después de que el cliente interactúa con tu empresa. No necesita ser grandilocuente; debe ser real, observable y relevante.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2E2A58D7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9A5834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Antes de trabajar con nosotros, el cliente normalmente…</w:t>
            </w:r>
          </w:p>
          <w:p w14:paraId="0E36C246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65C7A2D0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36BDE5EC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299EFC3C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24480E2B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3F5240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Después de trabajar con nosotros, queremos que el cliente…</w:t>
            </w:r>
          </w:p>
          <w:p w14:paraId="3F4353E4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14F62839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4271D6BE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7B54449C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3393BEBC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D90F54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lastRenderedPageBreak/>
              <w:t>¿Qué evidencia mostraría que realmente generamos ese impacto?</w:t>
            </w:r>
          </w:p>
          <w:p w14:paraId="242DF0B2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117794CA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4608F25C" w14:textId="77777777" w:rsidR="00D85BE4" w:rsidRDefault="00D85BE4">
      <w:pPr>
        <w:spacing w:after="40" w:line="259" w:lineRule="auto"/>
      </w:pPr>
    </w:p>
    <w:p w14:paraId="604698E0" w14:textId="77777777" w:rsidR="00D85BE4" w:rsidRDefault="00000000">
      <w:pPr>
        <w:pStyle w:val="Heading1"/>
        <w:spacing w:before="200" w:after="100" w:line="259" w:lineRule="auto"/>
      </w:pPr>
      <w:r>
        <w:rPr>
          <w:rFonts w:ascii="Aptos" w:hAnsi="Aptos"/>
        </w:rPr>
        <w:t>5. Construye tu propósito empresarial</w:t>
      </w:r>
    </w:p>
    <w:p w14:paraId="0F63A0F8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lang w:val="es-MX"/>
        </w:rPr>
        <w:t>Utiliza esta estructura como punto de partida. Después ajústala hasta que suene natural y represente tu negocio.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D85BE4" w:rsidRPr="00FA03F1" w14:paraId="6757E556" w14:textId="77777777">
        <w:tc>
          <w:tcPr>
            <w:tcW w:w="10080" w:type="dxa"/>
            <w:shd w:val="clear" w:color="auto" w:fill="E2F0D9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C230A87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b/>
                <w:color w:val="17365D"/>
                <w:sz w:val="24"/>
                <w:lang w:val="es-MX"/>
              </w:rPr>
              <w:t>Ayudamos a [TIPO DE CLIENTE] a [RESOLVER UN PROBLEMA] para que pueda [OBTENER UN RESULTADO / IMPACTO].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01C51D99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05FDAB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Versión 1 – escribe sin preocuparte por que sea perfecta:</w:t>
            </w:r>
          </w:p>
          <w:p w14:paraId="2AE15267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2123059F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79B742F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020D26FD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32E2671C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9D786D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Versión 2 – hazla más específica y concreta:</w:t>
            </w:r>
          </w:p>
          <w:p w14:paraId="2D21C722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03E137E0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72293BA7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329A7750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5CABCC4C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DFFF3E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Versión final – debe poder explicarse en menos de 20 segundos:</w:t>
            </w:r>
          </w:p>
          <w:p w14:paraId="2E4FDCCB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48D6278B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AB7EA7E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45C9685C" w14:textId="77777777" w:rsidR="00D85BE4" w:rsidRDefault="00D85BE4">
      <w:pPr>
        <w:spacing w:after="40" w:line="259" w:lineRule="auto"/>
      </w:pPr>
    </w:p>
    <w:p w14:paraId="5AB568B6" w14:textId="77777777" w:rsidR="00D85BE4" w:rsidRDefault="00000000">
      <w:pPr>
        <w:pStyle w:val="Heading1"/>
        <w:spacing w:before="200" w:after="100" w:line="259" w:lineRule="auto"/>
      </w:pPr>
      <w:r>
        <w:rPr>
          <w:rFonts w:ascii="Aptos" w:hAnsi="Aptos"/>
        </w:rPr>
        <w:t>6. Valida tu propósito</w:t>
      </w:r>
    </w:p>
    <w:p w14:paraId="7C7EFF68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lang w:val="es-MX"/>
        </w:rPr>
        <w:t>Un buen propósito debe ayudarte a decidir, no solo a comunicar. Evalúa tu versión final con estas preguntas:</w:t>
      </w:r>
    </w:p>
    <w:p w14:paraId="2F192B33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¿</w:t>
      </w:r>
      <w:proofErr w:type="gramEnd"/>
      <w:r w:rsidRPr="00FA03F1">
        <w:rPr>
          <w:lang w:val="es-MX"/>
        </w:rPr>
        <w:t>Define claramente a quién queremos servir?</w:t>
      </w:r>
    </w:p>
    <w:p w14:paraId="739B0516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¿</w:t>
      </w:r>
      <w:proofErr w:type="gramEnd"/>
      <w:r w:rsidRPr="00FA03F1">
        <w:rPr>
          <w:lang w:val="es-MX"/>
        </w:rPr>
        <w:t>Explica un problema o necesidad real?</w:t>
      </w:r>
    </w:p>
    <w:p w14:paraId="1D1F1AB9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¿</w:t>
      </w:r>
      <w:proofErr w:type="gramEnd"/>
      <w:r w:rsidRPr="00FA03F1">
        <w:rPr>
          <w:lang w:val="es-MX"/>
        </w:rPr>
        <w:t>Describe un resultado relevante para el cliente?</w:t>
      </w:r>
    </w:p>
    <w:p w14:paraId="4D50FD41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¿</w:t>
      </w:r>
      <w:proofErr w:type="gramEnd"/>
      <w:r w:rsidRPr="00FA03F1">
        <w:rPr>
          <w:lang w:val="es-MX"/>
        </w:rPr>
        <w:t>Es suficientemente específico para diferenciarnos?</w:t>
      </w:r>
    </w:p>
    <w:p w14:paraId="37107C7B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¿</w:t>
      </w:r>
      <w:proofErr w:type="gramEnd"/>
      <w:r w:rsidRPr="00FA03F1">
        <w:rPr>
          <w:lang w:val="es-MX"/>
        </w:rPr>
        <w:t>Es creíble con nuestras capacidades actuales o futuras?</w:t>
      </w:r>
    </w:p>
    <w:p w14:paraId="0E845AAC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t xml:space="preserve">☐  </w:t>
      </w:r>
      <w:r w:rsidRPr="00FA03F1">
        <w:rPr>
          <w:lang w:val="es-MX"/>
        </w:rPr>
        <w:t>¿</w:t>
      </w:r>
      <w:proofErr w:type="gramEnd"/>
      <w:r w:rsidRPr="00FA03F1">
        <w:rPr>
          <w:lang w:val="es-MX"/>
        </w:rPr>
        <w:t>Puede orientar qué productos, clientes u oportunidades debemos rechazar?</w:t>
      </w:r>
    </w:p>
    <w:p w14:paraId="06971FC0" w14:textId="77777777" w:rsidR="00D85BE4" w:rsidRPr="00FA03F1" w:rsidRDefault="00000000">
      <w:pPr>
        <w:spacing w:after="80" w:line="259" w:lineRule="auto"/>
        <w:ind w:left="216"/>
        <w:rPr>
          <w:lang w:val="es-MX"/>
        </w:rPr>
      </w:pPr>
      <w:proofErr w:type="gramStart"/>
      <w:r w:rsidRPr="00FA03F1">
        <w:rPr>
          <w:b/>
          <w:color w:val="5B9BD5"/>
          <w:sz w:val="22"/>
          <w:lang w:val="es-MX"/>
        </w:rPr>
        <w:lastRenderedPageBreak/>
        <w:t xml:space="preserve">☐  </w:t>
      </w:r>
      <w:r w:rsidRPr="00FA03F1">
        <w:rPr>
          <w:lang w:val="es-MX"/>
        </w:rPr>
        <w:t>¿</w:t>
      </w:r>
      <w:proofErr w:type="gramEnd"/>
      <w:r w:rsidRPr="00FA03F1">
        <w:rPr>
          <w:lang w:val="es-MX"/>
        </w:rPr>
        <w:t>Es compatible con un modelo de negocio rentable y sostenible?</w:t>
      </w:r>
    </w:p>
    <w:p w14:paraId="6EA9C31E" w14:textId="77777777" w:rsidR="00D85BE4" w:rsidRDefault="00000000">
      <w:pPr>
        <w:pStyle w:val="Heading2"/>
        <w:spacing w:before="120" w:after="100" w:line="259" w:lineRule="auto"/>
      </w:pPr>
      <w:r>
        <w:rPr>
          <w:rFonts w:ascii="Aptos" w:hAnsi="Aptos"/>
        </w:rPr>
        <w:t xml:space="preserve">Prueba de </w:t>
      </w:r>
      <w:proofErr w:type="spellStart"/>
      <w:r>
        <w:rPr>
          <w:rFonts w:ascii="Aptos" w:hAnsi="Aptos"/>
        </w:rPr>
        <w:t>decisión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D85BE4" w14:paraId="163CA0C9" w14:textId="77777777">
        <w:trPr>
          <w:jc w:val="center"/>
        </w:trPr>
        <w:tc>
          <w:tcPr>
            <w:tcW w:w="3360" w:type="dxa"/>
            <w:shd w:val="clear" w:color="auto" w:fill="17365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F42D9" w14:textId="77777777" w:rsidR="00D85BE4" w:rsidRDefault="00000000">
            <w:r>
              <w:rPr>
                <w:b/>
                <w:color w:val="FFFFFF"/>
                <w:sz w:val="19"/>
              </w:rPr>
              <w:t>Decisión real del negocio</w:t>
            </w:r>
          </w:p>
        </w:tc>
        <w:tc>
          <w:tcPr>
            <w:tcW w:w="3360" w:type="dxa"/>
            <w:shd w:val="clear" w:color="auto" w:fill="17365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A43681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FFFFFF"/>
                <w:sz w:val="19"/>
                <w:lang w:val="es-MX"/>
              </w:rPr>
              <w:t>¿Está alineada con el propósito?</w:t>
            </w:r>
          </w:p>
        </w:tc>
        <w:tc>
          <w:tcPr>
            <w:tcW w:w="3360" w:type="dxa"/>
            <w:shd w:val="clear" w:color="auto" w:fill="17365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CBCB22" w14:textId="77777777" w:rsidR="00D85BE4" w:rsidRDefault="00000000">
            <w:r>
              <w:rPr>
                <w:b/>
                <w:color w:val="FFFFFF"/>
                <w:sz w:val="19"/>
              </w:rPr>
              <w:t>¿</w:t>
            </w:r>
            <w:proofErr w:type="spellStart"/>
            <w:r>
              <w:rPr>
                <w:b/>
                <w:color w:val="FFFFFF"/>
                <w:sz w:val="19"/>
              </w:rPr>
              <w:t>Qué</w:t>
            </w:r>
            <w:proofErr w:type="spellEnd"/>
            <w:r>
              <w:rPr>
                <w:b/>
                <w:color w:val="FFFFFF"/>
                <w:sz w:val="19"/>
              </w:rPr>
              <w:t xml:space="preserve"> deberíamos </w:t>
            </w:r>
            <w:proofErr w:type="spellStart"/>
            <w:r>
              <w:rPr>
                <w:b/>
                <w:color w:val="FFFFFF"/>
                <w:sz w:val="19"/>
              </w:rPr>
              <w:t>hacer</w:t>
            </w:r>
            <w:proofErr w:type="spellEnd"/>
            <w:r>
              <w:rPr>
                <w:b/>
                <w:color w:val="FFFFFF"/>
                <w:sz w:val="19"/>
              </w:rPr>
              <w:t>?</w:t>
            </w:r>
          </w:p>
        </w:tc>
      </w:tr>
      <w:tr w:rsidR="00D85BE4" w14:paraId="5E3370F7" w14:textId="77777777">
        <w:trPr>
          <w:jc w:val="center"/>
        </w:trPr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2EF0F2CC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6C9F434A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34E55D27" w14:textId="77777777" w:rsidR="00D85BE4" w:rsidRDefault="00D85BE4"/>
        </w:tc>
      </w:tr>
      <w:tr w:rsidR="00D85BE4" w14:paraId="57EBADC1" w14:textId="77777777">
        <w:trPr>
          <w:jc w:val="center"/>
        </w:trPr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76819EBA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65B32E18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25FC378C" w14:textId="77777777" w:rsidR="00D85BE4" w:rsidRDefault="00D85BE4"/>
        </w:tc>
      </w:tr>
      <w:tr w:rsidR="00D85BE4" w14:paraId="25ACCAAE" w14:textId="77777777">
        <w:trPr>
          <w:jc w:val="center"/>
        </w:trPr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0775B24A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494566F2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068B363F" w14:textId="77777777" w:rsidR="00D85BE4" w:rsidRDefault="00D85BE4"/>
        </w:tc>
      </w:tr>
      <w:tr w:rsidR="00D85BE4" w14:paraId="766FC994" w14:textId="77777777">
        <w:trPr>
          <w:jc w:val="center"/>
        </w:trPr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70E84D19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1AE2BAC2" w14:textId="77777777" w:rsidR="00D85BE4" w:rsidRDefault="00D85BE4"/>
        </w:tc>
        <w:tc>
          <w:tcPr>
            <w:tcW w:w="3360" w:type="dxa"/>
            <w:tcMar>
              <w:top w:w="100" w:type="dxa"/>
              <w:left w:w="100" w:type="dxa"/>
              <w:bottom w:w="180" w:type="dxa"/>
              <w:right w:w="100" w:type="dxa"/>
            </w:tcMar>
          </w:tcPr>
          <w:p w14:paraId="072375ED" w14:textId="77777777" w:rsidR="00D85BE4" w:rsidRDefault="00D85BE4"/>
        </w:tc>
      </w:tr>
    </w:tbl>
    <w:p w14:paraId="399533B8" w14:textId="77777777" w:rsidR="00D85BE4" w:rsidRDefault="00000000">
      <w:pPr>
        <w:pStyle w:val="Heading1"/>
        <w:spacing w:before="200" w:after="100" w:line="259" w:lineRule="auto"/>
      </w:pPr>
      <w:r>
        <w:rPr>
          <w:rFonts w:ascii="Aptos" w:hAnsi="Aptos"/>
        </w:rPr>
        <w:t>7. De propósito a acción</w:t>
      </w:r>
    </w:p>
    <w:p w14:paraId="2BEDE48C" w14:textId="77777777" w:rsidR="00D85BE4" w:rsidRDefault="00000000">
      <w:pPr>
        <w:spacing w:line="259" w:lineRule="auto"/>
      </w:pPr>
      <w:r w:rsidRPr="00FA03F1">
        <w:rPr>
          <w:lang w:val="es-MX"/>
        </w:rPr>
        <w:t xml:space="preserve">El propósito gana valor cuando se traduce en decisiones y comportamientos. </w:t>
      </w:r>
      <w:r>
        <w:t xml:space="preserve">Define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acciones</w:t>
      </w:r>
      <w:proofErr w:type="spellEnd"/>
      <w:r>
        <w:t xml:space="preserve"> concretas para los próximos 30 días.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3519B908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65AC5E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Acción 1: ¿Qué cambiaremos para vivir mejor nuestro propósito?</w:t>
            </w:r>
          </w:p>
          <w:p w14:paraId="3792865D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0B396D10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36DC46EB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5153E117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996523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Acción 2: ¿Qué cambiaremos para vivir mejor nuestro propósito?</w:t>
            </w:r>
          </w:p>
          <w:p w14:paraId="06C9B94C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03D65A53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19EF1F60" w14:textId="77777777" w:rsidR="00D85BE4" w:rsidRDefault="00D85BE4">
      <w:pPr>
        <w:spacing w:after="4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D85BE4" w14:paraId="1266F3BE" w14:textId="77777777">
        <w:trPr>
          <w:jc w:val="center"/>
        </w:trPr>
        <w:tc>
          <w:tcPr>
            <w:tcW w:w="9216" w:type="dxa"/>
            <w:shd w:val="clear" w:color="auto" w:fill="F5F8FB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936E8F" w14:textId="77777777" w:rsidR="00D85BE4" w:rsidRPr="00FA03F1" w:rsidRDefault="00000000">
            <w:pPr>
              <w:rPr>
                <w:lang w:val="es-MX"/>
              </w:rPr>
            </w:pPr>
            <w:r w:rsidRPr="00FA03F1">
              <w:rPr>
                <w:b/>
                <w:color w:val="17365D"/>
                <w:lang w:val="es-MX"/>
              </w:rPr>
              <w:t>Acción 3: ¿Qué cambiaremos para vivir mejor nuestro propósito?</w:t>
            </w:r>
          </w:p>
          <w:p w14:paraId="04051EC6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  <w:p w14:paraId="537A3598" w14:textId="77777777" w:rsidR="00D85BE4" w:rsidRDefault="00000000">
            <w:pPr>
              <w:spacing w:after="40"/>
            </w:pPr>
            <w:r>
              <w:rPr>
                <w:color w:val="A6A6A6"/>
                <w:sz w:val="18"/>
              </w:rPr>
              <w:t>________________________________________________________________________________</w:t>
            </w:r>
          </w:p>
        </w:tc>
      </w:tr>
    </w:tbl>
    <w:p w14:paraId="12A18C9A" w14:textId="77777777" w:rsidR="00D85BE4" w:rsidRDefault="00D85BE4">
      <w:pPr>
        <w:spacing w:after="40" w:line="259" w:lineRule="auto"/>
      </w:pPr>
    </w:p>
    <w:p w14:paraId="5D8782CA" w14:textId="77777777" w:rsidR="00FA03F1" w:rsidRDefault="00FA03F1">
      <w:pPr>
        <w:rPr>
          <w:rFonts w:eastAsiaTheme="majorEastAsia" w:cstheme="majorBidi"/>
          <w:b/>
          <w:bCs/>
          <w:color w:val="17365D"/>
          <w:sz w:val="36"/>
          <w:szCs w:val="28"/>
          <w:lang w:val="es-MX"/>
        </w:rPr>
      </w:pPr>
      <w:r>
        <w:rPr>
          <w:lang w:val="es-MX"/>
        </w:rPr>
        <w:br w:type="page"/>
      </w:r>
    </w:p>
    <w:p w14:paraId="5A9BBBD9" w14:textId="3776A43D" w:rsidR="00D85BE4" w:rsidRPr="00FA03F1" w:rsidRDefault="00000000">
      <w:pPr>
        <w:pStyle w:val="Heading1"/>
        <w:spacing w:before="200" w:after="100" w:line="259" w:lineRule="auto"/>
        <w:rPr>
          <w:lang w:val="es-MX"/>
        </w:rPr>
      </w:pPr>
      <w:r w:rsidRPr="00FA03F1">
        <w:rPr>
          <w:rFonts w:ascii="Aptos" w:hAnsi="Aptos"/>
          <w:lang w:val="es-MX"/>
        </w:rPr>
        <w:lastRenderedPageBreak/>
        <w:t>Tu propósito es el punto de partida</w:t>
      </w:r>
    </w:p>
    <w:p w14:paraId="23824DBF" w14:textId="77777777" w:rsidR="00D85BE4" w:rsidRPr="00FA03F1" w:rsidRDefault="00000000">
      <w:pPr>
        <w:spacing w:line="259" w:lineRule="auto"/>
        <w:rPr>
          <w:lang w:val="es-MX"/>
        </w:rPr>
      </w:pPr>
      <w:r w:rsidRPr="00FA03F1">
        <w:rPr>
          <w:sz w:val="22"/>
          <w:lang w:val="es-MX"/>
        </w:rPr>
        <w:t>Definir para qué existe tu empresa es un primer paso. El siguiente es conectarlo con estrategia, modelo de negocio, finanzas y objetivos.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D85BE4" w:rsidRPr="00FA03F1" w14:paraId="2D567026" w14:textId="77777777">
        <w:tc>
          <w:tcPr>
            <w:tcW w:w="10080" w:type="dxa"/>
            <w:shd w:val="clear" w:color="auto" w:fill="17365D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8ED7107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b/>
                <w:color w:val="FFFFFF"/>
                <w:sz w:val="36"/>
                <w:lang w:val="es-MX"/>
              </w:rPr>
              <w:t>PEM LATAM</w:t>
            </w:r>
          </w:p>
          <w:p w14:paraId="2815EED0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b/>
                <w:color w:val="5B9BD5"/>
                <w:sz w:val="26"/>
                <w:lang w:val="es-MX"/>
              </w:rPr>
              <w:t>Programa de Estrategia y Modelo de Negocio</w:t>
            </w:r>
          </w:p>
          <w:p w14:paraId="6C777029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color w:val="E8EEF5"/>
                <w:lang w:val="es-MX"/>
              </w:rPr>
              <w:t>Convierte el propósito de tu empresa en una estrategia clara y un sistema de ejecución.</w:t>
            </w:r>
          </w:p>
          <w:p w14:paraId="3D16C37D" w14:textId="77777777" w:rsidR="00D85BE4" w:rsidRPr="00FA03F1" w:rsidRDefault="00000000">
            <w:pPr>
              <w:jc w:val="center"/>
              <w:rPr>
                <w:lang w:val="es-MX"/>
              </w:rPr>
            </w:pPr>
            <w:r w:rsidRPr="00FA03F1">
              <w:rPr>
                <w:b/>
                <w:color w:val="FFFFFF"/>
                <w:sz w:val="22"/>
                <w:lang w:val="es-MX"/>
              </w:rPr>
              <w:t>Conoce más en pemlatam.com</w:t>
            </w:r>
          </w:p>
        </w:tc>
      </w:tr>
    </w:tbl>
    <w:p w14:paraId="68191E32" w14:textId="77777777" w:rsidR="00D85BE4" w:rsidRDefault="00000000">
      <w:pPr>
        <w:spacing w:before="200" w:line="259" w:lineRule="auto"/>
        <w:jc w:val="center"/>
      </w:pPr>
      <w:r>
        <w:rPr>
          <w:color w:val="666666"/>
          <w:sz w:val="17"/>
        </w:rPr>
        <w:t>© PEM LATAM · Material de trabajo</w:t>
      </w:r>
    </w:p>
    <w:sectPr w:rsidR="00D85BE4" w:rsidSect="00034616">
      <w:footerReference w:type="default" r:id="rId9"/>
      <w:pgSz w:w="12240" w:h="15840"/>
      <w:pgMar w:top="936" w:right="1080" w:bottom="79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C907" w14:textId="77777777" w:rsidR="00E05C79" w:rsidRDefault="00E05C79">
      <w:pPr>
        <w:spacing w:after="0" w:line="240" w:lineRule="auto"/>
      </w:pPr>
      <w:r>
        <w:separator/>
      </w:r>
    </w:p>
  </w:endnote>
  <w:endnote w:type="continuationSeparator" w:id="0">
    <w:p w14:paraId="44010FCF" w14:textId="77777777" w:rsidR="00E05C79" w:rsidRDefault="00E0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D67F0" w14:textId="77777777" w:rsidR="00D85BE4" w:rsidRPr="00FA03F1" w:rsidRDefault="00000000">
    <w:pPr>
      <w:pStyle w:val="Footer"/>
      <w:jc w:val="center"/>
      <w:rPr>
        <w:lang w:val="es-MX"/>
      </w:rPr>
    </w:pPr>
    <w:r w:rsidRPr="00FA03F1">
      <w:rPr>
        <w:color w:val="666666"/>
        <w:sz w:val="17"/>
        <w:lang w:val="es-MX"/>
      </w:rPr>
      <w:t>PEM LATAM  |  Estrategia empresarial, propósito y cultura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34E4" w14:textId="77777777" w:rsidR="00E05C79" w:rsidRDefault="00E05C79">
      <w:pPr>
        <w:spacing w:after="0" w:line="240" w:lineRule="auto"/>
      </w:pPr>
      <w:r>
        <w:separator/>
      </w:r>
    </w:p>
  </w:footnote>
  <w:footnote w:type="continuationSeparator" w:id="0">
    <w:p w14:paraId="36EA31FA" w14:textId="77777777" w:rsidR="00E05C79" w:rsidRDefault="00E05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2681778">
    <w:abstractNumId w:val="8"/>
  </w:num>
  <w:num w:numId="2" w16cid:durableId="1560896253">
    <w:abstractNumId w:val="6"/>
  </w:num>
  <w:num w:numId="3" w16cid:durableId="744375895">
    <w:abstractNumId w:val="5"/>
  </w:num>
  <w:num w:numId="4" w16cid:durableId="1926456391">
    <w:abstractNumId w:val="4"/>
  </w:num>
  <w:num w:numId="5" w16cid:durableId="418478973">
    <w:abstractNumId w:val="7"/>
  </w:num>
  <w:num w:numId="6" w16cid:durableId="1382092344">
    <w:abstractNumId w:val="3"/>
  </w:num>
  <w:num w:numId="7" w16cid:durableId="609163994">
    <w:abstractNumId w:val="2"/>
  </w:num>
  <w:num w:numId="8" w16cid:durableId="366375284">
    <w:abstractNumId w:val="1"/>
  </w:num>
  <w:num w:numId="9" w16cid:durableId="28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C7EB9"/>
    <w:rsid w:val="00D85BE4"/>
    <w:rsid w:val="00E05C79"/>
    <w:rsid w:val="00FA03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5001B"/>
  <w14:defaultImageDpi w14:val="300"/>
  <w15:docId w15:val="{9A924838-E14C-4A5F-A06B-925CD6B7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785</Words>
  <Characters>7422</Characters>
  <Application>Microsoft Office Word</Application>
  <DocSecurity>0</DocSecurity>
  <Lines>172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Rodrigo Del Castillo</cp:lastModifiedBy>
  <cp:revision>2</cp:revision>
  <dcterms:created xsi:type="dcterms:W3CDTF">2013-12-23T23:15:00Z</dcterms:created>
  <dcterms:modified xsi:type="dcterms:W3CDTF">2026-08-18T03:51:00Z</dcterms:modified>
  <cp:category/>
</cp:coreProperties>
</file>